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חברים קטנטנים – חיידקים ונגיפים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 הם חיידקים ונגיפים ובמה הם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שטיפת ידיים חשובה 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שבהם חשוב במיוחד לשטוף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רובם אינם מזיקים ורבים אפילו עוזרים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רק בתוך תאים של יצור 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לעזור לשחרר את החיידקים מהעור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קוראים בין השורות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החיידקים אינם מזיקים ורבים אף מועילים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מנקים היטב את כל היד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מיון: מתי חשוב לשטוף ידיים?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(חשוב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(חשוב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(חשוב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חייבים לשטוף ידיים)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✍️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מיקרוסקופ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🐙 המעמקים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יצירתית עם הומור, קשורה לנושא שטיפת ידיים, מזמינה ולא מפחידה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חיובי, כמו שיר קצר, סיפור, ציור או משחק, בלי יצירת 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נגיפים קטנים יותר וחיים רק בתוך תאים, חיידקים יכולים לחיות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הסבון משחרר את החיידקים מהעור כך שהמים יכולים לשטוף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לפני אוכל, אחרי שירותים, אחרי שיעול או עיטוש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שטיפת ידיים נכונה כולל ספירת זמן של כ-20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ליום שטיפת הידיים העולמי שמוזכר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חברים קטנטנים – חיידקים ונגיפים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על כף היד שלנו חיים יצורים זעירים שאי אפשר לראות בעין. בדף הזה נלמד על חיידקים ונגיפים ונבין למה שטיפת ידיים חשובה כל כך.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סבון  ·  תאים  ·  מיקרוסקופ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☀️ פני המים –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נכון לגבי רוב החיידקים?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כולם גורמים למחלות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 חיים רק בבתי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רובם אינם מזיקים ורבים אפילו 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יכולים נגיפים להתרבות?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בתוך תאים של יצור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שולחן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בתוך הסבון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תפקיד הסבון בשטיפת 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לגרום לידיים להריח טוב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לחמם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לעזור לשחרר את החיידקים מהעור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🌊 מתחת למים –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החיידקים מזיקים לבני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נגיפים קטנים יותר מחיידקים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לשפשף גם בין האצבעות בזמן שטיפת 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🧺 מיון: מתי חשוב לשטוף ידיים?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לפני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חשוב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אחרי שירותים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חשוב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אחרי שיעול או עיטוש לתוך היד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חייבים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אחרי שיחה עם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חשוב לשטוף ידיים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✍️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חיידקים הם יצורים חיים זעירים שאפשר לראות רק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נגיפים אינם יכולים לחיות ולהתרבות לבד, אלא רק בתוך __________ של יצור 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עוזר לשחרר את החיידקים מהעור כדי שהמים ישטפו אותם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🐙 המעמקים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שלט מצחיק ומזמין ליד הכיור בבית הספר, שמזמין לשטוף ידיים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הציעו דרך להזכיר לילדים צעירים לשטוף ידיים בלי להפחיד אותם מחיידקים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העיקרי בין חיידקים לנגיפים?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חשוב לשטוף ידיים עם סבון ולא רק עם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חברים קטנטנים – חיידקים ונגיפים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