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קטנטנים – חיידקים ונגיפים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 הם חיידקים ונגיפים ובמה הם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שטיפת ידיים חשובה 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חשוב במיוחד לשטוף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רובם אינם מזיקים ורבים אפילו עוזרים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רק בתוך תאים של יצור 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לעזור לשחרר את החיידקים מהעור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באדמה, במים, באוויר ובגוף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הם מסייעים לעיכול מזון או הופכים חלב ליוגורט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היא מונעת מעבר של חיידקים ונגיפים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נגיפים שונים מחיידקים ותרופות נגד חיידקים לא פועלות עליהם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החיידקים אינם מזיקים ורבים אף מועילים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מנקים היטב את כל היד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הסבון עוזר לשחרר את החיידקים מהעור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נגיפים חיים ומתרבים רק בתוך תאים של יצור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מתי חשוב לשטוף ידיים?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 חייבים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(לא חייבים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(לא חייבים לשטוף ידיים)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✍️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מיקרוסקופ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הצטננות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המעמקים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יצירתית עם הומור, קשורה לנושא שטיפת ידיים, מזמינה ולא 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חיובי, כמו שיר קצר, סיפור, ציור או משחק, בלי יצירת 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נגיפים קטנים יותר וחיים רק בתוך תאים, חיידקים יכולים לחיות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הסבון משחרר את החיידקים מהעור כך שהמים יכולים לשטוף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לפני אוכל, אחרי שירותים, אחרי שיעול או עיטוש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שטיפת ידיים נכונה כולל ספירת זמן של כ-20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ליום שטיפת הידיים העולמי שמוזכר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קטנטנים – חיידקים ונגיפים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על כף היד שלנו חיים יצורים זעירים שאי אפשר לראות בעין. בדף הזה נלמד על חיידקים ונגיפים ונבין למה שטיפת ידיים חשובה כל כך.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נכון לגבי רוב החיידקים?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גורמים למחלות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חיים רק בבתי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רובם אינם מזיקים ורבים אפילו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לראות אותם בעין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יכולים נגיפים להתרבות?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בתוך תאים של יצור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שולחן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הסבון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באוויר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הסבון בשטיפת 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לגרום לידיים להריח טוב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לייבש את הידיים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לעזור לשחרר את החיידקים מהעור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אפשר למצוא חיידקים?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במעבדות מיוחדות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באדמה, במים, באוויר ובגוף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בתוך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במקומות מלוכלכים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חיידקים מסוימים נחשבים 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גדולים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אפשר לראות אותם בעין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מסייעים לעיכול מזון או הופכים חלב ליוגורט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חיים רק באוויר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שטיפת ידיים שומרת גם על החברים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מונעת מעבר של חיידקים ונגיפים מאדם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החברים רואים אותנו שוטפים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סבון מריח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מים קרים מחזקים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תרופה נגד חיידקים לא תעזור להצטננות שנגרמת מנגיף?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הצטננות היא לא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נגיפים שונים מחיידקים ותרופות נגד חיידקים לא פועלות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תרופות עובדות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נגיפים גדולים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החיידקים מזיקים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נגיפים קטנים יותר מחיידקים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לשפשף גם בין האצבעות בזמן שטיפת 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לשטוף ידיים במים בלי סבון כדי לנקות היטב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חיידקים טובים במעיים מסייעים לעכל 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נגיפים יכולים לחיות ולהתרבות גם מחוץ לתאים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מיון: מתי חשוב לשטוף ידיים?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חייבים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אחרי שירותים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חשוב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 שיעול או עיטוש לתוך היד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חשוב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אחרי שיחה עם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חשוב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 קריאה בספר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חייבים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אחרי האזנה לשיר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חייבים לשטוף ידיים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✍️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חיידקים הם יצורים חיים זעירים שאפשר לראות רק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נגיפים אינם יכולים לחיות ולהתרבות לבד, אלא רק בתוך __________ של יצור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עוזר לשחרר את החיידקים מהעור כדי שהמים ישטפו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חלק מהנגיפים גורמים למחלות קלות,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חיידקים טובים במעיים מסייעים ל__________ 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🐙 המעמקים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שלט מצחיק ומזמין ליד הכיור בבית הספר, שמזמין לשטוף ידיים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דרך להזכיר לילדים צעירים לשטוף ידיים בלי להפחיד אותם מחיידקים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חיידקים לנגיפים?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לשטוף ידיים עם סבון ולא רק עם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למצב שבו חשוב לשטוף ידיים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חברים קטנטנים – חיידקים ונגיפים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